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20"/>
        <w:jc w:val="center"/>
      </w:pPr>
      <w:r>
        <w:rPr>
          <w:b/>
          <w:sz w:val="34"/>
        </w:rPr>
        <w:t>CHAKRADHAR KANAPARTHI</w:t>
      </w:r>
    </w:p>
    <w:p>
      <w:pPr>
        <w:widowControl/>
        <w:spacing w:after="20"/>
        <w:jc w:val="center"/>
      </w:pPr>
      <w:r>
        <w:rPr>
          <w:b/>
          <w:sz w:val="21"/>
        </w:rPr>
        <w:t>PHP FULL STACK DEVELOPER | SOFTWARE DEVELOPER</w:t>
      </w:r>
    </w:p>
    <w:p>
      <w:pPr>
        <w:widowControl/>
        <w:spacing w:after="80"/>
        <w:jc w:val="center"/>
      </w:pPr>
      <w:r>
        <w:rPr>
          <w:sz w:val="17"/>
        </w:rPr>
        <w:t>Hyderabad, India  •  +91 9985096247  •  chakradhar.elpis@gmail.com  •  linkedin.com/in/chakradharkanaparti</w:t>
      </w:r>
    </w:p>
    <w:p>
      <w:pPr>
        <w:pStyle w:val="Heading1"/>
        <w:widowControl/>
      </w:pPr>
      <w:r>
        <w:t>PROFESSIONAL SUMMARY</w:t>
      </w:r>
    </w:p>
    <w:p>
      <w:pPr>
        <w:spacing w:before="0" w:after="40"/>
        <w:widowControl/>
        <w:pBdr>
          <w:bottom w:val="single" w:sz="5" w:space="1" w:color="777777"/>
        </w:pBdr>
      </w:pPr>
    </w:p>
    <w:p>
      <w:pPr>
        <w:widowControl/>
        <w:spacing w:after="60"/>
      </w:pPr>
      <w:r>
        <w:t>PHP Full Stack Developer with 4.8+ years of experience developing and maintaining web applications, backend systems and API integrations. Strong hands-on experience in Core PHP, OOP, MVC, MySQL, SQL optimization, REST APIs, JavaScript, jQuery and AJAX. Experienced in production troubleshooting, subscription and transaction workflows, third-party integrations, database-driven applications and deployment-oriented development. Hands-on experience with GitLab CI/CD, Docker, Redis, BigQuery, Linux, Composer and Postman, with experience owning features through production support.</w:t>
      </w:r>
    </w:p>
    <w:p>
      <w:pPr>
        <w:pStyle w:val="Heading1"/>
        <w:widowControl/>
      </w:pPr>
      <w:r>
        <w:t>CORE COMPETENCIES</w:t>
      </w:r>
    </w:p>
    <w:p>
      <w:pPr>
        <w:spacing w:before="0" w:after="40"/>
        <w:widowControl/>
        <w:pBdr>
          <w:bottom w:val="single" w:sz="5" w:space="1" w:color="777777"/>
        </w:pBdr>
      </w:pPr>
    </w:p>
    <w:p>
      <w:pPr>
        <w:widowControl/>
        <w:spacing w:after="20"/>
      </w:pPr>
      <w:r>
        <w:rPr>
          <w:b/>
        </w:rPr>
        <w:t xml:space="preserve">Backend: </w:t>
      </w:r>
      <w:r>
        <w:t>Core PHP, PHP, OOP, MVC, REST APIs, API Integration, JSON</w:t>
      </w:r>
    </w:p>
    <w:p>
      <w:pPr>
        <w:widowControl/>
        <w:spacing w:after="20"/>
      </w:pPr>
      <w:r>
        <w:rPr>
          <w:b/>
        </w:rPr>
        <w:t xml:space="preserve">Database: </w:t>
      </w:r>
      <w:r>
        <w:t>MySQL, SQL, Query Optimization, BigQuery</w:t>
      </w:r>
    </w:p>
    <w:p>
      <w:pPr>
        <w:widowControl/>
        <w:spacing w:after="20"/>
      </w:pPr>
      <w:r>
        <w:rPr>
          <w:b/>
        </w:rPr>
        <w:t xml:space="preserve">Frontend: </w:t>
      </w:r>
      <w:r>
        <w:t>JavaScript, jQuery, AJAX, HTML5, CSS3, UIKIT</w:t>
      </w:r>
    </w:p>
    <w:p>
      <w:pPr>
        <w:widowControl/>
        <w:spacing w:after="20"/>
      </w:pPr>
      <w:r>
        <w:rPr>
          <w:b/>
        </w:rPr>
        <w:t xml:space="preserve">Authentication: </w:t>
      </w:r>
      <w:r>
        <w:t>JWT, OAuth</w:t>
      </w:r>
    </w:p>
    <w:p>
      <w:pPr>
        <w:widowControl/>
        <w:spacing w:after="20"/>
      </w:pPr>
      <w:r>
        <w:rPr>
          <w:b/>
        </w:rPr>
        <w:t xml:space="preserve">DevOps &amp; Tools: </w:t>
      </w:r>
      <w:r>
        <w:t>Git, GitLab, GitLab CI/CD, Docker, Linux, Composer, Postman, Redis, SVN</w:t>
      </w:r>
    </w:p>
    <w:p>
      <w:pPr>
        <w:widowControl/>
        <w:spacing w:after="20"/>
      </w:pPr>
      <w:r>
        <w:rPr>
          <w:b/>
        </w:rPr>
        <w:t xml:space="preserve">Engineering: </w:t>
      </w:r>
      <w:r>
        <w:t>Debugging, Error Analysis, Logging, Performance Optimization, Production Support</w:t>
      </w:r>
    </w:p>
    <w:p>
      <w:pPr>
        <w:pStyle w:val="Heading1"/>
        <w:widowControl/>
      </w:pPr>
      <w:r>
        <w:t>PROFESSIONAL EXPERIENCE</w:t>
      </w:r>
    </w:p>
    <w:p>
      <w:pPr>
        <w:spacing w:before="0" w:after="40"/>
        <w:widowControl/>
        <w:pBdr>
          <w:bottom w:val="single" w:sz="5" w:space="1" w:color="777777"/>
        </w:pBdr>
      </w:pPr>
    </w:p>
    <w:p>
      <w:pPr>
        <w:widowControl/>
        <w:spacing w:after="20"/>
      </w:pPr>
      <w:r>
        <w:rPr>
          <w:b/>
          <w:sz w:val="20"/>
        </w:rPr>
        <w:t>Veniso Solutions Pvt. Ltd.</w:t>
      </w:r>
      <w:r>
        <w:rPr>
          <w:b/>
        </w:rPr>
        <w:t xml:space="preserve">  |  Software Developer  |  Hyderabad  |  Dec 2021 – Present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Develop and maintain PHP-based web applications and backend functionality using Core PHP, OOP and MVC-oriented design.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Develop and troubleshoot MySQL-driven functionality, including SQL queries, reporting logic and query optimization.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Develop and integrate REST APIs, JSON-based services, authentication mechanisms and third-party integrations; validate APIs using Postman.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Build frontend integrations using JavaScript, jQuery, AJAX, HTML5 and CSS3.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Investigate production issues using application logs, database analysis and Linux-based troubleshooting, and implement corrective fixes.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Work with subscription and transaction-related data, including subscription-log analysis and revenue reporting requirements.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Implement validation and defensive checks in PHP request processing to improve application reliability and stability.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Use Git, GitLab, SVN and Composer workflows for source control and dependency management.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Work with GitLab CI/CD, Docker and Linux environments as part of deployment and engineering workflows.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Use Redis and BigQuery as part of application and data-processing workflows where required.</w:t>
      </w:r>
    </w:p>
    <w:p>
      <w:pPr>
        <w:pStyle w:val="Heading1"/>
        <w:widowControl/>
      </w:pPr>
      <w:r>
        <w:t>SELECTED PROJECTS</w:t>
      </w:r>
    </w:p>
    <w:p>
      <w:pPr>
        <w:spacing w:before="0" w:after="40"/>
        <w:widowControl/>
        <w:pBdr>
          <w:bottom w:val="single" w:sz="5" w:space="1" w:color="777777"/>
        </w:pBdr>
      </w:pPr>
    </w:p>
    <w:p>
      <w:pPr>
        <w:widowControl/>
        <w:spacing w:after="10"/>
      </w:pPr>
      <w:r>
        <w:rPr>
          <w:b/>
          <w:sz w:val="19"/>
        </w:rPr>
        <w:t>OTT Platforms — Chanajor &amp; OneNxt</w:t>
      </w:r>
      <w:r>
        <w:t xml:space="preserve">  |  PHP, MySQL, JavaScript, jQuery, HTML, CSS, REST API, CMS, Video.js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Developed backend modules and RESTful APIs supporting content management and user-facing applications.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Integrated third-party APIs and services to support platform functionality.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Optimized database queries and backend processes for application performance.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Implemented content management and administrative functionalities.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Supported production deployments and issue resolution.</w:t>
      </w:r>
    </w:p>
    <w:p>
      <w:pPr>
        <w:widowControl/>
        <w:spacing w:after="10"/>
      </w:pPr>
      <w:r>
        <w:rPr>
          <w:b/>
          <w:sz w:val="19"/>
        </w:rPr>
        <w:t>Multi-Language Player Library</w:t>
      </w:r>
      <w:r>
        <w:t xml:space="preserve">  |  JavaScript, Video.js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Developed a reusable video player supporting multiple audio tracks and dynamic language switching.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Implemented playback controls and modular, maintainable JavaScript components.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Enhanced the user experience through reusable player functionality.</w:t>
      </w:r>
    </w:p>
    <w:p>
      <w:pPr>
        <w:widowControl/>
        <w:spacing w:after="10"/>
      </w:pPr>
      <w:r>
        <w:rPr>
          <w:b/>
          <w:sz w:val="19"/>
        </w:rPr>
        <w:t>Mudgames Web Store</w:t>
      </w:r>
      <w:r>
        <w:t xml:space="preserve">  |  PHP, MySQL, JavaScript, jQuery, UIKIT, HTML, CSS, CMS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Developed and maintained CMS functionalities and dynamic responsive interfaces.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Integrated backend services and optimized data-processing workflows.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Improved system stability through debugging and performance enhancements.</w:t>
      </w:r>
    </w:p>
    <w:p>
      <w:pPr>
        <w:pStyle w:val="Heading1"/>
        <w:widowControl/>
      </w:pPr>
      <w:r>
        <w:t>LEADERSHIP &amp; TECHNICAL OWNERSHIP</w:t>
      </w:r>
    </w:p>
    <w:p>
      <w:pPr>
        <w:spacing w:before="0" w:after="40"/>
        <w:widowControl/>
        <w:pBdr>
          <w:bottom w:val="single" w:sz="5" w:space="1" w:color="777777"/>
        </w:pBdr>
      </w:pP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Took ownership of assigned modules/features from requirement analysis through development, testing, deployment and production support.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Provided technical guidance to junior developers through code reviews, debugging support and knowledge sharing.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Reviewed code and promoted coding standards, maintainability, security and performance best practices.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Owned critical production issues, coordinated troubleshooting and drove issues toward resolution.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Created and maintained technical documentation, API specifications and implementation guidelines.</w:t>
      </w:r>
    </w:p>
    <w:p>
      <w:pPr>
        <w:widowControl/>
        <w:spacing w:after="26"/>
        <w:ind w:left="245" w:hanging="173"/>
      </w:pPr>
      <w:r>
        <w:rPr>
          <w:b/>
        </w:rPr>
        <w:t xml:space="preserve">• </w:t>
      </w:r>
      <w:r>
        <w:t>Identified opportunities to improve application performance, development processes and code quality.</w:t>
      </w:r>
    </w:p>
    <w:p>
      <w:pPr>
        <w:pStyle w:val="Heading1"/>
        <w:widowControl/>
      </w:pPr>
      <w:r>
        <w:t>EDUCATION</w:t>
      </w:r>
    </w:p>
    <w:p>
      <w:pPr>
        <w:spacing w:before="0" w:after="40"/>
        <w:widowControl/>
        <w:pBdr>
          <w:bottom w:val="single" w:sz="5" w:space="1" w:color="777777"/>
        </w:pBdr>
      </w:pPr>
    </w:p>
    <w:p>
      <w:pPr>
        <w:widowControl/>
        <w:spacing w:after="24"/>
      </w:pPr>
      <w:r>
        <w:rPr>
          <w:b/>
        </w:rPr>
        <w:t>B.Tech — Mechanical Engineering</w:t>
      </w:r>
      <w:r>
        <w:t xml:space="preserve">  |  Vikas College  |  Jul 2018 – Aug 2021</w:t>
      </w:r>
    </w:p>
    <w:p>
      <w:pPr>
        <w:widowControl/>
        <w:spacing w:after="20"/>
      </w:pPr>
      <w:r>
        <w:rPr>
          <w:b/>
        </w:rPr>
        <w:t>Diploma — Mechanical Engineering</w:t>
      </w:r>
      <w:r>
        <w:t xml:space="preserve">  |  Government Polytechnic College  |  Jun 2015 – Apr 2018</w:t>
      </w:r>
    </w:p>
    <w:sectPr w:rsidR="00FC693F" w:rsidRPr="0006063C" w:rsidSect="00034616">
      <w:pgSz w:w="12240" w:h="15840"/>
      <w:pgMar w:top="648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